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AA2F5" w14:textId="186AB764" w:rsidR="003539DD" w:rsidRDefault="007A0095">
      <w:pPr>
        <w:pStyle w:val="Heading1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10A4434" wp14:editId="508C586C">
            <wp:simplePos x="0" y="0"/>
            <wp:positionH relativeFrom="column">
              <wp:posOffset>-772815</wp:posOffset>
            </wp:positionH>
            <wp:positionV relativeFrom="paragraph">
              <wp:posOffset>-501445</wp:posOffset>
            </wp:positionV>
            <wp:extent cx="2247654" cy="1029133"/>
            <wp:effectExtent l="0" t="0" r="635" b="0"/>
            <wp:wrapNone/>
            <wp:docPr id="431028782" name="Picture 1" descr="A logo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02156" name="Picture 1" descr="A logo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654" cy="1029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معرض</w:t>
      </w:r>
      <w:proofErr w:type="spellEnd"/>
      <w:r>
        <w:t xml:space="preserve"> </w:t>
      </w:r>
      <w:proofErr w:type="spellStart"/>
      <w:r>
        <w:t>بورتريهات</w:t>
      </w:r>
      <w:proofErr w:type="spellEnd"/>
      <w:r>
        <w:t xml:space="preserve"> </w:t>
      </w:r>
      <w:proofErr w:type="spellStart"/>
      <w:r>
        <w:t>برنت</w:t>
      </w:r>
      <w:proofErr w:type="spellEnd"/>
    </w:p>
    <w:p w14:paraId="766A9241" w14:textId="77777777" w:rsidR="003539DD" w:rsidRDefault="007A0095">
      <w:pPr>
        <w:pStyle w:val="Heading2"/>
        <w:jc w:val="center"/>
      </w:pPr>
      <w:r>
        <w:t>نموذج ملاحظات الزوار</w:t>
      </w:r>
    </w:p>
    <w:p w14:paraId="7179AE30" w14:textId="77777777" w:rsidR="003539DD" w:rsidRDefault="007A0095">
      <w:r>
        <w:br/>
        <w:t>شكراً لزيارتكم المعرض. نقدر ملاحظاتكم ونرجو تخصيص بضع دقائق لملء هذا النموذج.</w:t>
      </w:r>
      <w:r>
        <w:br/>
      </w:r>
    </w:p>
    <w:p w14:paraId="641C5AE6" w14:textId="77777777" w:rsidR="003539DD" w:rsidRDefault="007A0095">
      <w:pPr>
        <w:pStyle w:val="Heading2"/>
      </w:pPr>
      <w:r>
        <w:t>تجربتك</w:t>
      </w:r>
    </w:p>
    <w:p w14:paraId="47EF87F8" w14:textId="77777777" w:rsidR="007A0095" w:rsidRDefault="007A0095">
      <w:r>
        <w:br/>
        <w:t>1. كيف علمت بهذا المعرض؟</w:t>
      </w:r>
      <w:r>
        <w:br/>
        <w:t>☐ وسائل التواصل الاجتماعي</w:t>
      </w:r>
      <w:r>
        <w:br/>
        <w:t>☐ موقع مجلس برنت</w:t>
      </w:r>
      <w:r>
        <w:br/>
        <w:t>☐ صديق أو أحد أفراد العائلة</w:t>
      </w:r>
      <w:r>
        <w:br/>
        <w:t>☐ مجموعة مجتمعية محلية</w:t>
      </w:r>
      <w:r>
        <w:br/>
        <w:t>☐ ملصق أو منشور</w:t>
      </w:r>
      <w:r>
        <w:br/>
        <w:t>☐ أخرى: ______________________</w:t>
      </w:r>
      <w:r>
        <w:br/>
      </w:r>
      <w:r>
        <w:br/>
        <w:t>2. كيف تقيم تجربتك بشكل عام؟</w:t>
      </w:r>
      <w:r>
        <w:br/>
        <w:t>☐ ممتاز</w:t>
      </w:r>
      <w:r>
        <w:br/>
        <w:t>☐ جيد جداً</w:t>
      </w:r>
      <w:r>
        <w:br/>
        <w:t>☐ جيد</w:t>
      </w:r>
      <w:r>
        <w:br/>
        <w:t>☐ مقبول</w:t>
      </w:r>
      <w:r>
        <w:br/>
        <w:t>☐ ضعيف</w:t>
      </w:r>
      <w:r>
        <w:br/>
      </w:r>
      <w:r>
        <w:br/>
        <w:t>3. ما أكثر شيء أعجبك في المعرض؟</w:t>
      </w:r>
      <w:r>
        <w:br/>
      </w:r>
    </w:p>
    <w:p w14:paraId="3BC4D9D2" w14:textId="4B20E49F" w:rsidR="007A0095" w:rsidRDefault="007A0095">
      <w:r>
        <w:br/>
        <w:t>4. هل ساعدك المعرض على معرفة المزيد عن المجتمعات والقصص المعروضة؟</w:t>
      </w:r>
      <w:r>
        <w:br/>
        <w:t>☐ نعم كثيراً</w:t>
      </w:r>
      <w:r>
        <w:br/>
        <w:t>☐ نعم إلى حد ما</w:t>
      </w:r>
      <w:r>
        <w:br/>
        <w:t>☐ ليس كثيراً</w:t>
      </w:r>
      <w:r>
        <w:br/>
        <w:t>☐ إطلاقاً</w:t>
      </w:r>
      <w:r>
        <w:br/>
        <w:t>إذا كانت الإجابة نعم، يرجى التوضيح:</w:t>
      </w:r>
      <w:r>
        <w:br/>
      </w:r>
      <w:r>
        <w:br/>
      </w:r>
      <w:r>
        <w:br/>
        <w:t>5. كيف جعلك المعرض تشعر؟</w:t>
      </w:r>
      <w:r>
        <w:br/>
      </w:r>
      <w:r>
        <w:br/>
      </w:r>
      <w:r>
        <w:br/>
        <w:t>6. هل كانت المعلومات معروضة بشكل واضح وسهل الوصول؟</w:t>
      </w:r>
      <w:r>
        <w:br/>
      </w:r>
      <w:r>
        <w:lastRenderedPageBreak/>
        <w:t>☐ نعم</w:t>
      </w:r>
      <w:r>
        <w:br/>
        <w:t>☐ إلى حد ما</w:t>
      </w:r>
      <w:r>
        <w:br/>
        <w:t>☐ لا</w:t>
      </w:r>
      <w:r>
        <w:br/>
        <w:t>إذا كانت لديك اقتراحات للتحسين يرجى ذكرها:</w:t>
      </w:r>
      <w:r>
        <w:br/>
      </w:r>
      <w:r>
        <w:br/>
      </w:r>
      <w:r>
        <w:br/>
        <w:t>7. هل تعتقد أن مثل هذه المعارض مهمة لبرنت؟</w:t>
      </w:r>
      <w:r>
        <w:br/>
        <w:t>☐ نعم</w:t>
      </w:r>
      <w:r>
        <w:br/>
        <w:t>☐ لا</w:t>
      </w:r>
      <w:r>
        <w:br/>
        <w:t>☐ غير متأكد</w:t>
      </w:r>
      <w:r>
        <w:br/>
        <w:t>يرجى التوضيح:</w:t>
      </w:r>
      <w:r>
        <w:br/>
      </w:r>
    </w:p>
    <w:p w14:paraId="2ED82650" w14:textId="3B8D6E14" w:rsidR="003539DD" w:rsidRDefault="007A0095">
      <w:r>
        <w:br/>
        <w:t>8. هل ستحضر معارض أو فعاليات مستقبلية في هذا المكان؟</w:t>
      </w:r>
      <w:r>
        <w:br/>
        <w:t>☐ نعم</w:t>
      </w:r>
      <w:r>
        <w:br/>
        <w:t>☐ ربما</w:t>
      </w:r>
      <w:r>
        <w:br/>
        <w:t>☐ لا</w:t>
      </w:r>
      <w:r>
        <w:br/>
      </w:r>
      <w:r>
        <w:br/>
        <w:t>9. أي تعليقات أو اقتراحات إضافية:</w:t>
      </w:r>
      <w:r>
        <w:br/>
      </w:r>
      <w:r>
        <w:br/>
      </w:r>
    </w:p>
    <w:p w14:paraId="35428F19" w14:textId="77777777" w:rsidR="003539DD" w:rsidRDefault="007A0095">
      <w:pPr>
        <w:pStyle w:val="Heading2"/>
      </w:pPr>
      <w:r>
        <w:t>معلومات عنك (اختياري)</w:t>
      </w:r>
    </w:p>
    <w:p w14:paraId="55788939" w14:textId="77777777" w:rsidR="003539DD" w:rsidRDefault="007A0095">
      <w:r>
        <w:br/>
        <w:t>الأسئلة التالية اختيارية وتهدف إلى مساعدتنا في فهم تنوع الزوار.</w:t>
      </w:r>
      <w:r>
        <w:br/>
      </w:r>
      <w:r>
        <w:br/>
        <w:t>10. العمر</w:t>
      </w:r>
      <w:r>
        <w:br/>
        <w:t>☐ أقل من 16</w:t>
      </w:r>
      <w:r>
        <w:br/>
        <w:t>☐ 16 إلى 24</w:t>
      </w:r>
      <w:r>
        <w:br/>
        <w:t>☐ 25 إلى 34</w:t>
      </w:r>
      <w:r>
        <w:br/>
        <w:t>☐ 35 إلى 44</w:t>
      </w:r>
      <w:r>
        <w:br/>
        <w:t>☐ 45 إلى 54</w:t>
      </w:r>
      <w:r>
        <w:br/>
        <w:t>☐ 55 إلى 64</w:t>
      </w:r>
      <w:r>
        <w:br/>
        <w:t>☐ 65 إلى 74</w:t>
      </w:r>
      <w:r>
        <w:br/>
        <w:t>☐ 75+</w:t>
      </w:r>
      <w:r>
        <w:br/>
        <w:t>☐ أفضل عدم الإجابة</w:t>
      </w:r>
      <w:r>
        <w:br/>
      </w:r>
      <w:r>
        <w:br/>
        <w:t>11. الجنس</w:t>
      </w:r>
      <w:r>
        <w:br/>
        <w:t>☐ أنثى</w:t>
      </w:r>
      <w:r>
        <w:br/>
        <w:t>☐ ذكر</w:t>
      </w:r>
      <w:r>
        <w:br/>
      </w:r>
      <w:r>
        <w:lastRenderedPageBreak/>
        <w:t>☐ غير ثنائي</w:t>
      </w:r>
      <w:r>
        <w:br/>
        <w:t>☐ أفضل الوصف: _____________</w:t>
      </w:r>
      <w:r>
        <w:br/>
        <w:t>☐ أفضل عدم الإجابة</w:t>
      </w:r>
      <w:r>
        <w:br/>
      </w:r>
      <w:r>
        <w:br/>
        <w:t>12. الخلفية العرقية: _____________________________</w:t>
      </w:r>
      <w:r>
        <w:br/>
      </w:r>
      <w:r>
        <w:br/>
        <w:t>13. الديانة أو المعتقد: _____________________________</w:t>
      </w:r>
      <w:r>
        <w:br/>
      </w:r>
      <w:r>
        <w:br/>
        <w:t>14. هل تعتبر نفسك من ذوي الإعاقة؟</w:t>
      </w:r>
      <w:r>
        <w:br/>
        <w:t>☐ نعم</w:t>
      </w:r>
      <w:r>
        <w:br/>
        <w:t>☐ لا</w:t>
      </w:r>
      <w:r>
        <w:br/>
        <w:t>☐ أفضل عدم الإجابة</w:t>
      </w:r>
      <w:r>
        <w:br/>
      </w:r>
      <w:r>
        <w:br/>
        <w:t>15. هل أنت من سكان منطقة برنت؟</w:t>
      </w:r>
      <w:r>
        <w:br/>
        <w:t>☐ نعم</w:t>
      </w:r>
      <w:r>
        <w:br/>
        <w:t>☐ لا</w:t>
      </w:r>
      <w:r>
        <w:br/>
      </w:r>
      <w:r>
        <w:br/>
        <w:t>16. هل هذه أول زيارة لك لمعرض في هذا المكان؟</w:t>
      </w:r>
      <w:r>
        <w:br/>
        <w:t>☐ نعم</w:t>
      </w:r>
      <w:r>
        <w:br/>
        <w:t>☐ لا</w:t>
      </w:r>
      <w:r>
        <w:br/>
      </w:r>
    </w:p>
    <w:p w14:paraId="0C353311" w14:textId="23068487" w:rsidR="003539DD" w:rsidRPr="00B541AB" w:rsidRDefault="007A0095">
      <w:pPr>
        <w:rPr>
          <w:b/>
          <w:bCs/>
          <w:sz w:val="52"/>
          <w:szCs w:val="52"/>
        </w:rPr>
      </w:pPr>
      <w:r w:rsidRPr="00B541AB">
        <w:rPr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0956C07B" wp14:editId="6D338768">
            <wp:simplePos x="0" y="0"/>
            <wp:positionH relativeFrom="column">
              <wp:posOffset>1386348</wp:posOffset>
            </wp:positionH>
            <wp:positionV relativeFrom="paragraph">
              <wp:posOffset>1645285</wp:posOffset>
            </wp:positionV>
            <wp:extent cx="2707803" cy="1239821"/>
            <wp:effectExtent l="0" t="0" r="0" b="0"/>
            <wp:wrapNone/>
            <wp:docPr id="88202156" name="Picture 1" descr="A logo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02156" name="Picture 1" descr="A logo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803" cy="123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41AB" w:rsidRPr="00B541AB">
        <w:rPr>
          <w:rFonts w:ascii="Times New Roman" w:hAnsi="Times New Roman" w:cs="Times New Roman"/>
          <w:noProof/>
          <w:sz w:val="56"/>
          <w:szCs w:val="56"/>
        </w:rPr>
        <w:t>ا</w:t>
      </w:r>
      <w:r w:rsidR="00B541AB" w:rsidRPr="00B541AB">
        <w:rPr>
          <w:rFonts w:ascii="Times New Roman" w:hAnsi="Times New Roman" w:cs="Times New Roman"/>
          <w:noProof/>
          <w:sz w:val="52"/>
          <w:szCs w:val="52"/>
        </w:rPr>
        <w:t>لمرجو</w:t>
      </w:r>
      <w:r w:rsidR="00B541AB" w:rsidRPr="00B541AB">
        <w:rPr>
          <w:noProof/>
          <w:sz w:val="52"/>
          <w:szCs w:val="52"/>
        </w:rPr>
        <w:t xml:space="preserve"> </w:t>
      </w:r>
      <w:r w:rsidR="00B541AB" w:rsidRPr="00B541AB">
        <w:rPr>
          <w:rFonts w:ascii="Times New Roman" w:hAnsi="Times New Roman" w:cs="Times New Roman"/>
          <w:noProof/>
          <w:sz w:val="52"/>
          <w:szCs w:val="52"/>
        </w:rPr>
        <w:t>طي</w:t>
      </w:r>
      <w:r w:rsidR="00B541AB" w:rsidRPr="00B541AB">
        <w:rPr>
          <w:noProof/>
          <w:sz w:val="52"/>
          <w:szCs w:val="52"/>
        </w:rPr>
        <w:t xml:space="preserve"> </w:t>
      </w:r>
      <w:r w:rsidR="00B541AB" w:rsidRPr="00B541AB">
        <w:rPr>
          <w:rFonts w:ascii="Times New Roman" w:hAnsi="Times New Roman" w:cs="Times New Roman"/>
          <w:noProof/>
          <w:sz w:val="52"/>
          <w:szCs w:val="52"/>
        </w:rPr>
        <w:t>الاستمارة</w:t>
      </w:r>
      <w:r w:rsidR="00B541AB" w:rsidRPr="00B541AB">
        <w:rPr>
          <w:noProof/>
          <w:sz w:val="52"/>
          <w:szCs w:val="52"/>
        </w:rPr>
        <w:t xml:space="preserve"> </w:t>
      </w:r>
      <w:r w:rsidR="00B541AB" w:rsidRPr="00B541AB">
        <w:rPr>
          <w:rFonts w:ascii="Times New Roman" w:hAnsi="Times New Roman" w:cs="Times New Roman"/>
          <w:noProof/>
          <w:sz w:val="52"/>
          <w:szCs w:val="52"/>
        </w:rPr>
        <w:t>ووضعها</w:t>
      </w:r>
      <w:r w:rsidR="00B541AB" w:rsidRPr="00B541AB">
        <w:rPr>
          <w:noProof/>
          <w:sz w:val="52"/>
          <w:szCs w:val="52"/>
        </w:rPr>
        <w:t xml:space="preserve"> </w:t>
      </w:r>
      <w:r w:rsidR="00B541AB" w:rsidRPr="00B541AB">
        <w:rPr>
          <w:rFonts w:ascii="Times New Roman" w:hAnsi="Times New Roman" w:cs="Times New Roman"/>
          <w:noProof/>
          <w:sz w:val="52"/>
          <w:szCs w:val="52"/>
        </w:rPr>
        <w:t>في</w:t>
      </w:r>
      <w:r w:rsidR="00B541AB" w:rsidRPr="00B541AB">
        <w:rPr>
          <w:noProof/>
          <w:sz w:val="52"/>
          <w:szCs w:val="52"/>
        </w:rPr>
        <w:t xml:space="preserve"> </w:t>
      </w:r>
      <w:r w:rsidR="00B541AB" w:rsidRPr="00B541AB">
        <w:rPr>
          <w:rFonts w:ascii="Times New Roman" w:hAnsi="Times New Roman" w:cs="Times New Roman"/>
          <w:noProof/>
          <w:sz w:val="52"/>
          <w:szCs w:val="52"/>
        </w:rPr>
        <w:t>الصندوق</w:t>
      </w:r>
      <w:r w:rsidR="00B541AB" w:rsidRPr="00B541AB">
        <w:rPr>
          <w:noProof/>
          <w:sz w:val="52"/>
          <w:szCs w:val="52"/>
        </w:rPr>
        <w:t xml:space="preserve"> </w:t>
      </w:r>
      <w:r w:rsidR="00B541AB" w:rsidRPr="00B541AB">
        <w:rPr>
          <w:rFonts w:ascii="Times New Roman" w:hAnsi="Times New Roman" w:cs="Times New Roman"/>
          <w:noProof/>
          <w:sz w:val="52"/>
          <w:szCs w:val="52"/>
        </w:rPr>
        <w:t>شكرا</w:t>
      </w:r>
    </w:p>
    <w:sectPr w:rsidR="003539DD" w:rsidRPr="00B541A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6803650">
    <w:abstractNumId w:val="8"/>
  </w:num>
  <w:num w:numId="2" w16cid:durableId="602961996">
    <w:abstractNumId w:val="6"/>
  </w:num>
  <w:num w:numId="3" w16cid:durableId="317854274">
    <w:abstractNumId w:val="5"/>
  </w:num>
  <w:num w:numId="4" w16cid:durableId="1301955422">
    <w:abstractNumId w:val="4"/>
  </w:num>
  <w:num w:numId="5" w16cid:durableId="572469462">
    <w:abstractNumId w:val="7"/>
  </w:num>
  <w:num w:numId="6" w16cid:durableId="943617014">
    <w:abstractNumId w:val="3"/>
  </w:num>
  <w:num w:numId="7" w16cid:durableId="1482233156">
    <w:abstractNumId w:val="2"/>
  </w:num>
  <w:num w:numId="8" w16cid:durableId="2118134624">
    <w:abstractNumId w:val="1"/>
  </w:num>
  <w:num w:numId="9" w16cid:durableId="465588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1636"/>
    <w:rsid w:val="00034616"/>
    <w:rsid w:val="0006063C"/>
    <w:rsid w:val="0015074B"/>
    <w:rsid w:val="0029639D"/>
    <w:rsid w:val="00326F90"/>
    <w:rsid w:val="003539DD"/>
    <w:rsid w:val="007A0095"/>
    <w:rsid w:val="00AA1D8D"/>
    <w:rsid w:val="00B47730"/>
    <w:rsid w:val="00B541AB"/>
    <w:rsid w:val="00CB0664"/>
    <w:rsid w:val="00DC4FB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D65DB"/>
  <w14:defaultImageDpi w14:val="300"/>
  <w15:docId w15:val="{B538C102-0263-418B-BBA1-49B5929F6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301</Words>
  <Characters>1199</Characters>
  <Application>Microsoft Office Word</Application>
  <DocSecurity>0</DocSecurity>
  <Lines>109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Ghariani, Emir</cp:lastModifiedBy>
  <cp:revision>3</cp:revision>
  <dcterms:created xsi:type="dcterms:W3CDTF">2026-02-13T11:06:00Z</dcterms:created>
  <dcterms:modified xsi:type="dcterms:W3CDTF">2026-02-21T18:53:00Z</dcterms:modified>
  <cp:category/>
</cp:coreProperties>
</file>