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B473F" w14:textId="5CCA7AB6" w:rsidR="00C80276" w:rsidRPr="00A55A32" w:rsidRDefault="00A55A32">
      <w:pPr>
        <w:pStyle w:val="Heading1"/>
        <w:jc w:val="center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75BF34A8" wp14:editId="22872931">
            <wp:simplePos x="0" y="0"/>
            <wp:positionH relativeFrom="column">
              <wp:posOffset>-884125</wp:posOffset>
            </wp:positionH>
            <wp:positionV relativeFrom="paragraph">
              <wp:posOffset>-638032</wp:posOffset>
            </wp:positionV>
            <wp:extent cx="2247654" cy="1029133"/>
            <wp:effectExtent l="0" t="0" r="635" b="0"/>
            <wp:wrapNone/>
            <wp:docPr id="431028782" name="Picture 1" descr="A logo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02156" name="Picture 1" descr="A logo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654" cy="1029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5A32">
        <w:rPr>
          <w:sz w:val="20"/>
          <w:szCs w:val="20"/>
        </w:rPr>
        <w:t>Portraits of Brent Exhibition</w:t>
      </w:r>
    </w:p>
    <w:p w14:paraId="18D94010" w14:textId="77777777" w:rsidR="00C80276" w:rsidRPr="00A55A32" w:rsidRDefault="00A55A32">
      <w:pPr>
        <w:pStyle w:val="Heading2"/>
        <w:jc w:val="center"/>
        <w:rPr>
          <w:sz w:val="20"/>
          <w:szCs w:val="20"/>
        </w:rPr>
      </w:pPr>
      <w:r w:rsidRPr="00A55A32">
        <w:rPr>
          <w:sz w:val="20"/>
          <w:szCs w:val="20"/>
        </w:rPr>
        <w:t>Visitor Feedback Form</w:t>
      </w:r>
    </w:p>
    <w:p w14:paraId="617B692C" w14:textId="7AD51D1A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br/>
      </w:r>
      <w:r w:rsidRPr="00A55A32">
        <w:rPr>
          <w:sz w:val="20"/>
          <w:szCs w:val="20"/>
        </w:rPr>
        <w:t>Thank you for visiting the exhibition. We value your feedback and would appreciate a few minutes of your time.</w:t>
      </w:r>
      <w:r w:rsidRPr="00A55A32">
        <w:rPr>
          <w:sz w:val="20"/>
          <w:szCs w:val="20"/>
        </w:rPr>
        <w:br/>
      </w:r>
    </w:p>
    <w:p w14:paraId="567EA223" w14:textId="77777777" w:rsidR="00C80276" w:rsidRPr="00A55A32" w:rsidRDefault="00A55A32">
      <w:pPr>
        <w:pStyle w:val="Heading2"/>
        <w:rPr>
          <w:sz w:val="20"/>
          <w:szCs w:val="20"/>
        </w:rPr>
      </w:pPr>
      <w:r w:rsidRPr="00A55A32">
        <w:rPr>
          <w:sz w:val="20"/>
          <w:szCs w:val="20"/>
        </w:rPr>
        <w:t>Your Experience</w:t>
      </w:r>
    </w:p>
    <w:p w14:paraId="531EFACC" w14:textId="5FE9E983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1. How did you hear about this exhibition?</w:t>
      </w:r>
      <w:r w:rsidRPr="00A55A32">
        <w:rPr>
          <w:sz w:val="20"/>
          <w:szCs w:val="20"/>
        </w:rPr>
        <w:br/>
        <w:t xml:space="preserve">☐ </w:t>
      </w:r>
      <w:proofErr w:type="gramStart"/>
      <w:r w:rsidRPr="00A55A32">
        <w:rPr>
          <w:sz w:val="20"/>
          <w:szCs w:val="20"/>
        </w:rPr>
        <w:t>Social media</w:t>
      </w:r>
      <w:proofErr w:type="gramEnd"/>
      <w:r w:rsidRPr="00A55A32">
        <w:rPr>
          <w:sz w:val="20"/>
          <w:szCs w:val="20"/>
        </w:rPr>
        <w:br/>
        <w:t>☐ Brent Council website</w:t>
      </w:r>
      <w:r w:rsidRPr="00A55A32">
        <w:rPr>
          <w:sz w:val="20"/>
          <w:szCs w:val="20"/>
        </w:rPr>
        <w:br/>
        <w:t>☐ Friend or family</w:t>
      </w:r>
      <w:r w:rsidRPr="00A55A32">
        <w:rPr>
          <w:sz w:val="20"/>
          <w:szCs w:val="20"/>
        </w:rPr>
        <w:br/>
        <w:t>☐ Local community group</w:t>
      </w:r>
      <w:r w:rsidRPr="00A55A32">
        <w:rPr>
          <w:sz w:val="20"/>
          <w:szCs w:val="20"/>
        </w:rPr>
        <w:br/>
        <w:t>☐ Poster or flyer</w:t>
      </w:r>
      <w:r w:rsidRPr="00A55A32">
        <w:rPr>
          <w:sz w:val="20"/>
          <w:szCs w:val="20"/>
        </w:rPr>
        <w:br/>
        <w:t>☐ Other: ______________________</w:t>
      </w:r>
    </w:p>
    <w:p w14:paraId="66883508" w14:textId="29CE152F" w:rsidR="00C80276" w:rsidRPr="00A55A32" w:rsidRDefault="00C80276">
      <w:pPr>
        <w:rPr>
          <w:sz w:val="20"/>
          <w:szCs w:val="20"/>
        </w:rPr>
      </w:pPr>
    </w:p>
    <w:p w14:paraId="12675458" w14:textId="253A4917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2. Overall, how would you rate your experience?</w:t>
      </w:r>
      <w:r w:rsidRPr="00A55A32">
        <w:rPr>
          <w:sz w:val="20"/>
          <w:szCs w:val="20"/>
        </w:rPr>
        <w:br/>
        <w:t>☐ Excellent</w:t>
      </w:r>
      <w:r w:rsidRPr="00A55A32">
        <w:rPr>
          <w:sz w:val="20"/>
          <w:szCs w:val="20"/>
        </w:rPr>
        <w:br/>
        <w:t>☐ Very good</w:t>
      </w:r>
      <w:r w:rsidRPr="00A55A32">
        <w:rPr>
          <w:sz w:val="20"/>
          <w:szCs w:val="20"/>
        </w:rPr>
        <w:br/>
        <w:t>☐ Good</w:t>
      </w:r>
      <w:r w:rsidRPr="00A55A32">
        <w:rPr>
          <w:sz w:val="20"/>
          <w:szCs w:val="20"/>
        </w:rPr>
        <w:br/>
        <w:t>☐ Fair</w:t>
      </w:r>
      <w:r w:rsidRPr="00A55A32">
        <w:rPr>
          <w:sz w:val="20"/>
          <w:szCs w:val="20"/>
        </w:rPr>
        <w:br/>
        <w:t>☐ Poor</w:t>
      </w:r>
    </w:p>
    <w:p w14:paraId="211B5EAE" w14:textId="77777777" w:rsidR="00C80276" w:rsidRPr="00A55A32" w:rsidRDefault="00C80276">
      <w:pPr>
        <w:rPr>
          <w:sz w:val="20"/>
          <w:szCs w:val="20"/>
        </w:rPr>
      </w:pPr>
    </w:p>
    <w:p w14:paraId="320C0138" w14:textId="137F86E6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3. What did you enjoy most about the exhibition?</w:t>
      </w:r>
      <w:r w:rsidRPr="00A55A32">
        <w:rPr>
          <w:sz w:val="20"/>
          <w:szCs w:val="20"/>
        </w:rPr>
        <w:br/>
      </w:r>
    </w:p>
    <w:p w14:paraId="11978A2D" w14:textId="77777777" w:rsidR="00C80276" w:rsidRPr="00A55A32" w:rsidRDefault="00C80276">
      <w:pPr>
        <w:rPr>
          <w:sz w:val="20"/>
          <w:szCs w:val="20"/>
        </w:rPr>
      </w:pPr>
    </w:p>
    <w:p w14:paraId="7E103298" w14:textId="01E2AD96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4. Did the exhibition help you learn more about the communities and stories represented?</w:t>
      </w:r>
      <w:r w:rsidRPr="00A55A32">
        <w:rPr>
          <w:sz w:val="20"/>
          <w:szCs w:val="20"/>
        </w:rPr>
        <w:br/>
        <w:t>☐ Yes, a lot</w:t>
      </w:r>
      <w:r w:rsidRPr="00A55A32">
        <w:rPr>
          <w:sz w:val="20"/>
          <w:szCs w:val="20"/>
        </w:rPr>
        <w:br/>
        <w:t>☐ Yes, somewhat</w:t>
      </w:r>
      <w:r w:rsidRPr="00A55A32">
        <w:rPr>
          <w:sz w:val="20"/>
          <w:szCs w:val="20"/>
        </w:rPr>
        <w:br/>
        <w:t>☐ Not really</w:t>
      </w:r>
      <w:r w:rsidRPr="00A55A32">
        <w:rPr>
          <w:sz w:val="20"/>
          <w:szCs w:val="20"/>
        </w:rPr>
        <w:br/>
        <w:t>☐ Not at all</w:t>
      </w:r>
      <w:r w:rsidRPr="00A55A32">
        <w:rPr>
          <w:sz w:val="20"/>
          <w:szCs w:val="20"/>
        </w:rPr>
        <w:br/>
        <w:t>If yes, please tell us how:</w:t>
      </w:r>
      <w:r w:rsidRPr="00A55A32">
        <w:rPr>
          <w:sz w:val="20"/>
          <w:szCs w:val="20"/>
        </w:rPr>
        <w:br/>
      </w:r>
    </w:p>
    <w:p w14:paraId="4E71DDA4" w14:textId="4DF8105A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5. How did the exhibition make you feel?</w:t>
      </w:r>
      <w:r w:rsidRPr="00A55A32">
        <w:rPr>
          <w:sz w:val="20"/>
          <w:szCs w:val="20"/>
        </w:rPr>
        <w:br/>
      </w:r>
    </w:p>
    <w:p w14:paraId="0150B021" w14:textId="188062EC" w:rsidR="00C80276" w:rsidRPr="00A55A32" w:rsidRDefault="00C80276">
      <w:pPr>
        <w:rPr>
          <w:sz w:val="20"/>
          <w:szCs w:val="20"/>
        </w:rPr>
      </w:pPr>
    </w:p>
    <w:p w14:paraId="0F818369" w14:textId="1CD573E9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lastRenderedPageBreak/>
        <w:t>6. Was the information presented clearly and accessibly?</w:t>
      </w:r>
      <w:r w:rsidRPr="00A55A32">
        <w:rPr>
          <w:sz w:val="20"/>
          <w:szCs w:val="20"/>
        </w:rPr>
        <w:br/>
        <w:t>☐ Yes</w:t>
      </w:r>
      <w:r w:rsidRPr="00A55A32">
        <w:rPr>
          <w:sz w:val="20"/>
          <w:szCs w:val="20"/>
        </w:rPr>
        <w:br/>
        <w:t>☐ Mostly</w:t>
      </w:r>
      <w:r w:rsidRPr="00A55A32">
        <w:rPr>
          <w:sz w:val="20"/>
          <w:szCs w:val="20"/>
        </w:rPr>
        <w:br/>
        <w:t>☐ No</w:t>
      </w:r>
      <w:r w:rsidRPr="00A55A32">
        <w:rPr>
          <w:sz w:val="20"/>
          <w:szCs w:val="20"/>
        </w:rPr>
        <w:br/>
        <w:t>If you have suggestions for improvement, please share them:</w:t>
      </w:r>
      <w:r w:rsidRPr="00A55A32">
        <w:rPr>
          <w:sz w:val="20"/>
          <w:szCs w:val="20"/>
        </w:rPr>
        <w:br/>
      </w:r>
    </w:p>
    <w:p w14:paraId="769B0711" w14:textId="77777777" w:rsidR="00C80276" w:rsidRPr="00A55A32" w:rsidRDefault="00C80276">
      <w:pPr>
        <w:rPr>
          <w:sz w:val="20"/>
          <w:szCs w:val="20"/>
        </w:rPr>
      </w:pPr>
    </w:p>
    <w:p w14:paraId="346B1E29" w14:textId="75ABDA62" w:rsidR="00C80276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7. Do you feel exhibitions like this are important for Brent?</w:t>
      </w:r>
      <w:r w:rsidRPr="00A55A32">
        <w:rPr>
          <w:sz w:val="20"/>
          <w:szCs w:val="20"/>
        </w:rPr>
        <w:br/>
        <w:t>☐ Yes</w:t>
      </w:r>
      <w:r w:rsidRPr="00A55A32">
        <w:rPr>
          <w:sz w:val="20"/>
          <w:szCs w:val="20"/>
        </w:rPr>
        <w:br/>
        <w:t>☐ No</w:t>
      </w:r>
      <w:r w:rsidRPr="00A55A32">
        <w:rPr>
          <w:sz w:val="20"/>
          <w:szCs w:val="20"/>
        </w:rPr>
        <w:br/>
        <w:t>☐ Not sure</w:t>
      </w:r>
      <w:r w:rsidRPr="00A55A32">
        <w:rPr>
          <w:sz w:val="20"/>
          <w:szCs w:val="20"/>
        </w:rPr>
        <w:br/>
        <w:t>Please explain why:</w:t>
      </w:r>
    </w:p>
    <w:p w14:paraId="761130C8" w14:textId="77777777" w:rsidR="00A55A32" w:rsidRPr="00A55A32" w:rsidRDefault="00A55A32">
      <w:pPr>
        <w:rPr>
          <w:sz w:val="20"/>
          <w:szCs w:val="20"/>
        </w:rPr>
      </w:pPr>
    </w:p>
    <w:p w14:paraId="0C70DA3F" w14:textId="77777777" w:rsidR="00C80276" w:rsidRPr="00A55A32" w:rsidRDefault="00C80276">
      <w:pPr>
        <w:rPr>
          <w:sz w:val="20"/>
          <w:szCs w:val="20"/>
        </w:rPr>
      </w:pPr>
    </w:p>
    <w:p w14:paraId="60716413" w14:textId="77777777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8. Would you attend future exhibitions or events at this venue?</w:t>
      </w:r>
      <w:r w:rsidRPr="00A55A32">
        <w:rPr>
          <w:sz w:val="20"/>
          <w:szCs w:val="20"/>
        </w:rPr>
        <w:br/>
        <w:t>☐ Yes</w:t>
      </w:r>
      <w:r w:rsidRPr="00A55A32">
        <w:rPr>
          <w:sz w:val="20"/>
          <w:szCs w:val="20"/>
        </w:rPr>
        <w:br/>
        <w:t>☐ Maybe</w:t>
      </w:r>
      <w:r w:rsidRPr="00A55A32">
        <w:rPr>
          <w:sz w:val="20"/>
          <w:szCs w:val="20"/>
        </w:rPr>
        <w:br/>
        <w:t>☐ No</w:t>
      </w:r>
    </w:p>
    <w:p w14:paraId="791907CA" w14:textId="77777777" w:rsidR="00C80276" w:rsidRPr="00A55A32" w:rsidRDefault="00C80276">
      <w:pPr>
        <w:rPr>
          <w:sz w:val="20"/>
          <w:szCs w:val="20"/>
        </w:rPr>
      </w:pPr>
    </w:p>
    <w:p w14:paraId="504CB6E2" w14:textId="0C896E7C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9. Any additional comments or suggestions:</w:t>
      </w:r>
      <w:r w:rsidRPr="00A55A32">
        <w:rPr>
          <w:sz w:val="20"/>
          <w:szCs w:val="20"/>
        </w:rPr>
        <w:br/>
      </w:r>
    </w:p>
    <w:p w14:paraId="65B53026" w14:textId="11A860A4" w:rsidR="00C80276" w:rsidRPr="00A55A32" w:rsidRDefault="00A55A32" w:rsidP="00A55A32">
      <w:pPr>
        <w:rPr>
          <w:sz w:val="20"/>
          <w:szCs w:val="20"/>
        </w:rPr>
      </w:pPr>
      <w:r>
        <w:rPr>
          <w:sz w:val="20"/>
          <w:szCs w:val="20"/>
        </w:rPr>
        <w:br/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  <w:r w:rsidRPr="00A55A32">
        <w:rPr>
          <w:sz w:val="20"/>
          <w:szCs w:val="20"/>
        </w:rPr>
        <w:t>About You (Optional)</w:t>
      </w:r>
    </w:p>
    <w:p w14:paraId="23366398" w14:textId="7B09858A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T</w:t>
      </w:r>
      <w:r w:rsidRPr="00A55A32">
        <w:rPr>
          <w:sz w:val="20"/>
          <w:szCs w:val="20"/>
        </w:rPr>
        <w:t>he following questions are optional. They help us understand who we are reaching and improve future exhibitions.</w:t>
      </w:r>
    </w:p>
    <w:p w14:paraId="789792F6" w14:textId="60538DF5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10. Age</w:t>
      </w:r>
      <w:r w:rsidRPr="00A55A32">
        <w:rPr>
          <w:sz w:val="20"/>
          <w:szCs w:val="20"/>
        </w:rPr>
        <w:br/>
        <w:t>☐ Under 16</w:t>
      </w:r>
      <w:r w:rsidRPr="00A55A32">
        <w:rPr>
          <w:sz w:val="20"/>
          <w:szCs w:val="20"/>
        </w:rPr>
        <w:br/>
        <w:t>☐ 16 to 24</w:t>
      </w:r>
      <w:r w:rsidRPr="00A55A32">
        <w:rPr>
          <w:sz w:val="20"/>
          <w:szCs w:val="20"/>
        </w:rPr>
        <w:br/>
        <w:t>☐ 25 to 34</w:t>
      </w:r>
      <w:r w:rsidRPr="00A55A32">
        <w:rPr>
          <w:sz w:val="20"/>
          <w:szCs w:val="20"/>
        </w:rPr>
        <w:br/>
        <w:t>☐ 35 to 44</w:t>
      </w:r>
      <w:r w:rsidRPr="00A55A32">
        <w:rPr>
          <w:sz w:val="20"/>
          <w:szCs w:val="20"/>
        </w:rPr>
        <w:br/>
        <w:t>☐ 45 to 54</w:t>
      </w:r>
      <w:r w:rsidRPr="00A55A32">
        <w:rPr>
          <w:sz w:val="20"/>
          <w:szCs w:val="20"/>
        </w:rPr>
        <w:br/>
        <w:t>☐ 55 to 64</w:t>
      </w:r>
      <w:r w:rsidRPr="00A55A32">
        <w:rPr>
          <w:sz w:val="20"/>
          <w:szCs w:val="20"/>
        </w:rPr>
        <w:br/>
        <w:t>☐ 65 to 74</w:t>
      </w:r>
      <w:r w:rsidRPr="00A55A32">
        <w:rPr>
          <w:sz w:val="20"/>
          <w:szCs w:val="20"/>
        </w:rPr>
        <w:br/>
        <w:t>☐ 75+</w:t>
      </w:r>
      <w:r w:rsidRPr="00A55A32">
        <w:rPr>
          <w:sz w:val="20"/>
          <w:szCs w:val="20"/>
        </w:rPr>
        <w:br/>
        <w:t>☐ Prefer not to say</w:t>
      </w:r>
    </w:p>
    <w:p w14:paraId="69EDD1EA" w14:textId="26C9CB54" w:rsidR="00C80276" w:rsidRPr="00A55A32" w:rsidRDefault="00C80276">
      <w:pPr>
        <w:rPr>
          <w:sz w:val="20"/>
          <w:szCs w:val="20"/>
        </w:rPr>
      </w:pPr>
    </w:p>
    <w:p w14:paraId="639AE33C" w14:textId="27F1A15C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11. Gender</w:t>
      </w:r>
      <w:r w:rsidRPr="00A55A32">
        <w:rPr>
          <w:sz w:val="20"/>
          <w:szCs w:val="20"/>
        </w:rPr>
        <w:br/>
        <w:t>☐ Female</w:t>
      </w:r>
      <w:r w:rsidRPr="00A55A32">
        <w:rPr>
          <w:sz w:val="20"/>
          <w:szCs w:val="20"/>
        </w:rPr>
        <w:br/>
        <w:t>☐ Male</w:t>
      </w:r>
      <w:r w:rsidRPr="00A55A32">
        <w:rPr>
          <w:sz w:val="20"/>
          <w:szCs w:val="20"/>
        </w:rPr>
        <w:br/>
        <w:t xml:space="preserve">☐ </w:t>
      </w:r>
      <w:proofErr w:type="gramStart"/>
      <w:r w:rsidRPr="00A55A32">
        <w:rPr>
          <w:sz w:val="20"/>
          <w:szCs w:val="20"/>
        </w:rPr>
        <w:t>Non binary</w:t>
      </w:r>
      <w:proofErr w:type="gramEnd"/>
      <w:r w:rsidRPr="00A55A32">
        <w:rPr>
          <w:sz w:val="20"/>
          <w:szCs w:val="20"/>
        </w:rPr>
        <w:br/>
        <w:t>☐ Prefer to self describe: __________________</w:t>
      </w:r>
      <w:r w:rsidRPr="00A55A32">
        <w:rPr>
          <w:sz w:val="20"/>
          <w:szCs w:val="20"/>
        </w:rPr>
        <w:br/>
        <w:t>☐ Prefer not to say</w:t>
      </w:r>
    </w:p>
    <w:p w14:paraId="480C5DD9" w14:textId="77777777" w:rsidR="00C80276" w:rsidRPr="00A55A32" w:rsidRDefault="00C80276">
      <w:pPr>
        <w:rPr>
          <w:sz w:val="20"/>
          <w:szCs w:val="20"/>
        </w:rPr>
      </w:pPr>
    </w:p>
    <w:p w14:paraId="1D791AA3" w14:textId="1AE2AAB3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12. Ethnic Background</w:t>
      </w:r>
      <w:r w:rsidRPr="00A55A32">
        <w:rPr>
          <w:sz w:val="20"/>
          <w:szCs w:val="20"/>
        </w:rPr>
        <w:br/>
        <w:t>White</w:t>
      </w:r>
      <w:r w:rsidRPr="00A55A32">
        <w:rPr>
          <w:sz w:val="20"/>
          <w:szCs w:val="20"/>
        </w:rPr>
        <w:br/>
        <w:t>☐ English, Welsh, Scottish, Northern Irish or British</w:t>
      </w:r>
      <w:r w:rsidRPr="00A55A32">
        <w:rPr>
          <w:sz w:val="20"/>
          <w:szCs w:val="20"/>
        </w:rPr>
        <w:br/>
        <w:t>☐ Irish</w:t>
      </w:r>
      <w:r w:rsidRPr="00A55A32">
        <w:rPr>
          <w:sz w:val="20"/>
          <w:szCs w:val="20"/>
        </w:rPr>
        <w:br/>
        <w:t>☐ Gypsy or Irish Traveller</w:t>
      </w:r>
      <w:r w:rsidRPr="00A55A32">
        <w:rPr>
          <w:sz w:val="20"/>
          <w:szCs w:val="20"/>
        </w:rPr>
        <w:br/>
        <w:t>☐ Any other White background: _____________</w:t>
      </w:r>
      <w:r w:rsidRPr="00A55A32">
        <w:rPr>
          <w:sz w:val="20"/>
          <w:szCs w:val="20"/>
        </w:rPr>
        <w:br/>
      </w:r>
      <w:r w:rsidRPr="00A55A32">
        <w:rPr>
          <w:sz w:val="20"/>
          <w:szCs w:val="20"/>
        </w:rPr>
        <w:br/>
        <w:t>Mixed or Multiple Ethnic Groups</w:t>
      </w:r>
      <w:r w:rsidRPr="00A55A32">
        <w:rPr>
          <w:sz w:val="20"/>
          <w:szCs w:val="20"/>
        </w:rPr>
        <w:br/>
        <w:t>☐ White and Black Caribbean</w:t>
      </w:r>
      <w:r w:rsidRPr="00A55A32">
        <w:rPr>
          <w:sz w:val="20"/>
          <w:szCs w:val="20"/>
        </w:rPr>
        <w:br/>
      </w:r>
      <w:r w:rsidRPr="00A55A32">
        <w:rPr>
          <w:sz w:val="20"/>
          <w:szCs w:val="20"/>
        </w:rPr>
        <w:t>☐</w:t>
      </w:r>
      <w:r w:rsidRPr="00A55A32">
        <w:rPr>
          <w:sz w:val="20"/>
          <w:szCs w:val="20"/>
        </w:rPr>
        <w:t xml:space="preserve"> White and Black African</w:t>
      </w:r>
      <w:r w:rsidRPr="00A55A32">
        <w:rPr>
          <w:sz w:val="20"/>
          <w:szCs w:val="20"/>
        </w:rPr>
        <w:br/>
        <w:t>☐ White and Asian</w:t>
      </w:r>
      <w:r w:rsidRPr="00A55A32">
        <w:rPr>
          <w:sz w:val="20"/>
          <w:szCs w:val="20"/>
        </w:rPr>
        <w:br/>
        <w:t>☐ Any other Mixed background: _____________</w:t>
      </w:r>
      <w:r w:rsidRPr="00A55A32">
        <w:rPr>
          <w:sz w:val="20"/>
          <w:szCs w:val="20"/>
        </w:rPr>
        <w:br/>
      </w:r>
      <w:r w:rsidRPr="00A55A32">
        <w:rPr>
          <w:sz w:val="20"/>
          <w:szCs w:val="20"/>
        </w:rPr>
        <w:br/>
        <w:t>Asian or Asian British</w:t>
      </w:r>
      <w:r w:rsidRPr="00A55A32">
        <w:rPr>
          <w:sz w:val="20"/>
          <w:szCs w:val="20"/>
        </w:rPr>
        <w:br/>
        <w:t>☐ Indian</w:t>
      </w:r>
      <w:r w:rsidRPr="00A55A32">
        <w:rPr>
          <w:sz w:val="20"/>
          <w:szCs w:val="20"/>
        </w:rPr>
        <w:br/>
        <w:t>☐ Pakistani</w:t>
      </w:r>
      <w:r w:rsidRPr="00A55A32">
        <w:rPr>
          <w:sz w:val="20"/>
          <w:szCs w:val="20"/>
        </w:rPr>
        <w:br/>
        <w:t>☐ Bangladeshi</w:t>
      </w:r>
      <w:r w:rsidRPr="00A55A32">
        <w:rPr>
          <w:sz w:val="20"/>
          <w:szCs w:val="20"/>
        </w:rPr>
        <w:br/>
        <w:t>☐ Chinese</w:t>
      </w:r>
      <w:r w:rsidRPr="00A55A32">
        <w:rPr>
          <w:sz w:val="20"/>
          <w:szCs w:val="20"/>
        </w:rPr>
        <w:br/>
        <w:t>☐ Any other Asian background: _____________</w:t>
      </w:r>
      <w:r w:rsidRPr="00A55A32">
        <w:rPr>
          <w:sz w:val="20"/>
          <w:szCs w:val="20"/>
        </w:rPr>
        <w:br/>
      </w:r>
      <w:r w:rsidRPr="00A55A32">
        <w:rPr>
          <w:sz w:val="20"/>
          <w:szCs w:val="20"/>
        </w:rPr>
        <w:br/>
        <w:t>Black, African, Caribbean or Black British</w:t>
      </w:r>
      <w:r w:rsidRPr="00A55A32">
        <w:rPr>
          <w:sz w:val="20"/>
          <w:szCs w:val="20"/>
        </w:rPr>
        <w:br/>
        <w:t>☐ African</w:t>
      </w:r>
      <w:r w:rsidRPr="00A55A32">
        <w:rPr>
          <w:sz w:val="20"/>
          <w:szCs w:val="20"/>
        </w:rPr>
        <w:br/>
        <w:t>☐ Caribbean</w:t>
      </w:r>
      <w:r w:rsidRPr="00A55A32">
        <w:rPr>
          <w:sz w:val="20"/>
          <w:szCs w:val="20"/>
        </w:rPr>
        <w:br/>
        <w:t>☐ Any other Black background: _____________</w:t>
      </w:r>
      <w:r w:rsidRPr="00A55A32">
        <w:rPr>
          <w:sz w:val="20"/>
          <w:szCs w:val="20"/>
        </w:rPr>
        <w:br/>
      </w:r>
      <w:r w:rsidRPr="00A55A32">
        <w:rPr>
          <w:sz w:val="20"/>
          <w:szCs w:val="20"/>
        </w:rPr>
        <w:br/>
        <w:t>Other Ethnic Group</w:t>
      </w:r>
      <w:r w:rsidRPr="00A55A32">
        <w:rPr>
          <w:sz w:val="20"/>
          <w:szCs w:val="20"/>
        </w:rPr>
        <w:br/>
        <w:t>☐ Arab</w:t>
      </w:r>
      <w:r w:rsidRPr="00A55A32">
        <w:rPr>
          <w:sz w:val="20"/>
          <w:szCs w:val="20"/>
        </w:rPr>
        <w:br/>
        <w:t>☐ Any other ethnic group: _____________</w:t>
      </w:r>
      <w:r w:rsidRPr="00A55A32">
        <w:rPr>
          <w:sz w:val="20"/>
          <w:szCs w:val="20"/>
        </w:rPr>
        <w:br/>
        <w:t>☐ Prefer not to say</w:t>
      </w:r>
    </w:p>
    <w:p w14:paraId="49FF99A9" w14:textId="53215786" w:rsidR="00C80276" w:rsidRPr="00A55A32" w:rsidRDefault="00C80276">
      <w:pPr>
        <w:rPr>
          <w:sz w:val="20"/>
          <w:szCs w:val="20"/>
        </w:rPr>
      </w:pPr>
    </w:p>
    <w:p w14:paraId="6DB6B5F1" w14:textId="6102F5FE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13. Religion or Belief</w:t>
      </w:r>
      <w:r w:rsidRPr="00A55A32">
        <w:rPr>
          <w:sz w:val="20"/>
          <w:szCs w:val="20"/>
        </w:rPr>
        <w:br/>
        <w:t>☐ No religion</w:t>
      </w:r>
      <w:r w:rsidRPr="00A55A32">
        <w:rPr>
          <w:sz w:val="20"/>
          <w:szCs w:val="20"/>
        </w:rPr>
        <w:br/>
        <w:t>☐ Christian</w:t>
      </w:r>
      <w:r w:rsidRPr="00A55A32">
        <w:rPr>
          <w:sz w:val="20"/>
          <w:szCs w:val="20"/>
        </w:rPr>
        <w:br/>
      </w:r>
      <w:r w:rsidRPr="00A55A32">
        <w:rPr>
          <w:sz w:val="20"/>
          <w:szCs w:val="20"/>
        </w:rPr>
        <w:lastRenderedPageBreak/>
        <w:t>☐</w:t>
      </w:r>
      <w:r w:rsidRPr="00A55A32">
        <w:rPr>
          <w:sz w:val="20"/>
          <w:szCs w:val="20"/>
        </w:rPr>
        <w:t xml:space="preserve"> Muslim</w:t>
      </w:r>
      <w:r w:rsidRPr="00A55A32">
        <w:rPr>
          <w:sz w:val="20"/>
          <w:szCs w:val="20"/>
        </w:rPr>
        <w:br/>
      </w:r>
      <w:r w:rsidRPr="00A55A32">
        <w:rPr>
          <w:sz w:val="20"/>
          <w:szCs w:val="20"/>
        </w:rPr>
        <w:t>☐</w:t>
      </w:r>
      <w:r w:rsidRPr="00A55A32">
        <w:rPr>
          <w:sz w:val="20"/>
          <w:szCs w:val="20"/>
        </w:rPr>
        <w:t xml:space="preserve"> Hindu</w:t>
      </w:r>
      <w:r w:rsidRPr="00A55A32">
        <w:rPr>
          <w:sz w:val="20"/>
          <w:szCs w:val="20"/>
        </w:rPr>
        <w:br/>
      </w:r>
      <w:r w:rsidRPr="00A55A32">
        <w:rPr>
          <w:sz w:val="20"/>
          <w:szCs w:val="20"/>
        </w:rPr>
        <w:t>☐</w:t>
      </w:r>
      <w:r w:rsidRPr="00A55A32">
        <w:rPr>
          <w:sz w:val="20"/>
          <w:szCs w:val="20"/>
        </w:rPr>
        <w:t xml:space="preserve"> Sikh</w:t>
      </w:r>
      <w:r w:rsidRPr="00A55A32">
        <w:rPr>
          <w:sz w:val="20"/>
          <w:szCs w:val="20"/>
        </w:rPr>
        <w:br/>
      </w:r>
      <w:r w:rsidRPr="00A55A32">
        <w:rPr>
          <w:sz w:val="20"/>
          <w:szCs w:val="20"/>
        </w:rPr>
        <w:t>☐</w:t>
      </w:r>
      <w:r w:rsidRPr="00A55A32">
        <w:rPr>
          <w:sz w:val="20"/>
          <w:szCs w:val="20"/>
        </w:rPr>
        <w:t xml:space="preserve"> Jewish</w:t>
      </w:r>
      <w:r w:rsidRPr="00A55A32">
        <w:rPr>
          <w:sz w:val="20"/>
          <w:szCs w:val="20"/>
        </w:rPr>
        <w:br/>
        <w:t>☐ Buddhist</w:t>
      </w:r>
      <w:r w:rsidRPr="00A55A32">
        <w:rPr>
          <w:sz w:val="20"/>
          <w:szCs w:val="20"/>
        </w:rPr>
        <w:br/>
        <w:t>☐ Other: _____________</w:t>
      </w:r>
      <w:r w:rsidRPr="00A55A32">
        <w:rPr>
          <w:sz w:val="20"/>
          <w:szCs w:val="20"/>
        </w:rPr>
        <w:br/>
      </w:r>
      <w:r w:rsidRPr="00A55A32">
        <w:rPr>
          <w:sz w:val="20"/>
          <w:szCs w:val="20"/>
        </w:rPr>
        <w:t>☐</w:t>
      </w:r>
      <w:r w:rsidRPr="00A55A32">
        <w:rPr>
          <w:sz w:val="20"/>
          <w:szCs w:val="20"/>
        </w:rPr>
        <w:t xml:space="preserve"> Prefer not to say</w:t>
      </w:r>
    </w:p>
    <w:p w14:paraId="156EDEAE" w14:textId="77777777" w:rsidR="00C80276" w:rsidRPr="00A55A32" w:rsidRDefault="00C80276">
      <w:pPr>
        <w:rPr>
          <w:sz w:val="20"/>
          <w:szCs w:val="20"/>
        </w:rPr>
      </w:pPr>
    </w:p>
    <w:p w14:paraId="59618410" w14:textId="5D7BAC57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14. Do you consider yourself to have a disability?</w:t>
      </w:r>
      <w:r w:rsidRPr="00A55A32">
        <w:rPr>
          <w:sz w:val="20"/>
          <w:szCs w:val="20"/>
        </w:rPr>
        <w:br/>
        <w:t>☐ Yes</w:t>
      </w:r>
      <w:r w:rsidRPr="00A55A32">
        <w:rPr>
          <w:sz w:val="20"/>
          <w:szCs w:val="20"/>
        </w:rPr>
        <w:br/>
        <w:t>☐ No</w:t>
      </w:r>
      <w:r w:rsidRPr="00A55A32">
        <w:rPr>
          <w:sz w:val="20"/>
          <w:szCs w:val="20"/>
        </w:rPr>
        <w:br/>
        <w:t>☐ Prefer not to say</w:t>
      </w:r>
      <w:r w:rsidRPr="00A55A32">
        <w:rPr>
          <w:sz w:val="20"/>
          <w:szCs w:val="20"/>
        </w:rPr>
        <w:br/>
        <w:t>If yes and you would like to share, please specify:</w:t>
      </w:r>
      <w:r w:rsidRPr="00A55A32">
        <w:rPr>
          <w:sz w:val="20"/>
          <w:szCs w:val="20"/>
        </w:rPr>
        <w:br/>
      </w:r>
    </w:p>
    <w:p w14:paraId="0D144543" w14:textId="65BD505E" w:rsidR="00C80276" w:rsidRPr="00A55A32" w:rsidRDefault="00C80276">
      <w:pPr>
        <w:rPr>
          <w:sz w:val="20"/>
          <w:szCs w:val="20"/>
        </w:rPr>
      </w:pPr>
    </w:p>
    <w:p w14:paraId="5DB1E0F2" w14:textId="0FD03927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15. Are you a resident of the London Borough of Brent?</w:t>
      </w:r>
      <w:r w:rsidRPr="00A55A32">
        <w:rPr>
          <w:sz w:val="20"/>
          <w:szCs w:val="20"/>
        </w:rPr>
        <w:br/>
        <w:t>☐ Yes</w:t>
      </w:r>
      <w:r w:rsidRPr="00A55A32">
        <w:rPr>
          <w:sz w:val="20"/>
          <w:szCs w:val="20"/>
        </w:rPr>
        <w:br/>
        <w:t>☐ No</w:t>
      </w:r>
      <w:r w:rsidRPr="00A55A32">
        <w:rPr>
          <w:sz w:val="20"/>
          <w:szCs w:val="20"/>
        </w:rPr>
        <w:br/>
        <w:t>If no, please provide the first part of your postcode: _____________</w:t>
      </w:r>
    </w:p>
    <w:p w14:paraId="0C0F9A4E" w14:textId="3BD62C7C" w:rsidR="00C80276" w:rsidRPr="00A55A32" w:rsidRDefault="00C80276">
      <w:pPr>
        <w:rPr>
          <w:sz w:val="20"/>
          <w:szCs w:val="20"/>
        </w:rPr>
      </w:pPr>
    </w:p>
    <w:p w14:paraId="4D9F5583" w14:textId="4F213A44" w:rsidR="00C80276" w:rsidRPr="00A55A32" w:rsidRDefault="00A55A32">
      <w:pPr>
        <w:rPr>
          <w:sz w:val="20"/>
          <w:szCs w:val="20"/>
        </w:rPr>
      </w:pPr>
      <w:r w:rsidRPr="00A55A32">
        <w:rPr>
          <w:sz w:val="20"/>
          <w:szCs w:val="20"/>
        </w:rPr>
        <w:t>16. Is this your first time attending an exhibition at this venue?</w:t>
      </w:r>
      <w:r w:rsidRPr="00A55A32">
        <w:rPr>
          <w:sz w:val="20"/>
          <w:szCs w:val="20"/>
        </w:rPr>
        <w:br/>
        <w:t>☐ Yes</w:t>
      </w:r>
      <w:r w:rsidRPr="00A55A32">
        <w:rPr>
          <w:sz w:val="20"/>
          <w:szCs w:val="20"/>
        </w:rPr>
        <w:br/>
        <w:t>☐ No</w:t>
      </w:r>
    </w:p>
    <w:p w14:paraId="74A05EC0" w14:textId="7DD118B9" w:rsidR="00C80276" w:rsidRDefault="00C80276"/>
    <w:p w14:paraId="79D35A43" w14:textId="6D11347A" w:rsidR="00A55A32" w:rsidRPr="00A55A32" w:rsidRDefault="00A55A32">
      <w:pPr>
        <w:rPr>
          <w:sz w:val="40"/>
          <w:szCs w:val="40"/>
        </w:rPr>
      </w:pPr>
    </w:p>
    <w:p w14:paraId="35D5A16E" w14:textId="3535080F" w:rsidR="00A55A32" w:rsidRPr="00A55A32" w:rsidRDefault="00A55A32">
      <w:pPr>
        <w:rPr>
          <w:b/>
          <w:bCs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2096" behindDoc="0" locked="0" layoutInCell="1" allowOverlap="1" wp14:anchorId="3C133F87" wp14:editId="04574485">
            <wp:simplePos x="0" y="0"/>
            <wp:positionH relativeFrom="column">
              <wp:posOffset>1387250</wp:posOffset>
            </wp:positionH>
            <wp:positionV relativeFrom="paragraph">
              <wp:posOffset>1050127</wp:posOffset>
            </wp:positionV>
            <wp:extent cx="2707803" cy="1239821"/>
            <wp:effectExtent l="0" t="0" r="0" b="0"/>
            <wp:wrapNone/>
            <wp:docPr id="88202156" name="Picture 1" descr="A logo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02156" name="Picture 1" descr="A logo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803" cy="123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5A32">
        <w:rPr>
          <w:b/>
          <w:bCs/>
          <w:sz w:val="40"/>
          <w:szCs w:val="40"/>
        </w:rPr>
        <w:t xml:space="preserve">Please fold this form and place it in the box </w:t>
      </w:r>
    </w:p>
    <w:sectPr w:rsidR="00A55A32" w:rsidRPr="00A55A3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9986106">
    <w:abstractNumId w:val="8"/>
  </w:num>
  <w:num w:numId="2" w16cid:durableId="1131551927">
    <w:abstractNumId w:val="6"/>
  </w:num>
  <w:num w:numId="3" w16cid:durableId="1604680740">
    <w:abstractNumId w:val="5"/>
  </w:num>
  <w:num w:numId="4" w16cid:durableId="1515999614">
    <w:abstractNumId w:val="4"/>
  </w:num>
  <w:num w:numId="5" w16cid:durableId="231693817">
    <w:abstractNumId w:val="7"/>
  </w:num>
  <w:num w:numId="6" w16cid:durableId="520050250">
    <w:abstractNumId w:val="3"/>
  </w:num>
  <w:num w:numId="7" w16cid:durableId="1686711768">
    <w:abstractNumId w:val="2"/>
  </w:num>
  <w:num w:numId="8" w16cid:durableId="1257010290">
    <w:abstractNumId w:val="1"/>
  </w:num>
  <w:num w:numId="9" w16cid:durableId="414517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A55A32"/>
    <w:rsid w:val="00AA1D8D"/>
    <w:rsid w:val="00B47730"/>
    <w:rsid w:val="00C80276"/>
    <w:rsid w:val="00CB0664"/>
    <w:rsid w:val="00DC4FB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F084D5"/>
  <w14:defaultImageDpi w14:val="300"/>
  <w15:docId w15:val="{B538C102-0263-418B-BBA1-49B5929F6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453</Words>
  <Characters>2154</Characters>
  <Application>Microsoft Office Word</Application>
  <DocSecurity>0</DocSecurity>
  <Lines>153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Ghariani, Emir</cp:lastModifiedBy>
  <cp:revision>2</cp:revision>
  <dcterms:created xsi:type="dcterms:W3CDTF">2026-02-13T11:06:00Z</dcterms:created>
  <dcterms:modified xsi:type="dcterms:W3CDTF">2026-02-13T11:06:00Z</dcterms:modified>
  <cp:category/>
</cp:coreProperties>
</file>