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tmp" ContentType="image/gi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CC2CC" w14:textId="77777777" w:rsidR="00443F28" w:rsidRDefault="00B26FE8">
      <w:pPr>
        <w:pStyle w:val="Heading1"/>
      </w:pPr>
      <w:r>
        <w:rPr>
          <w:noProof/>
        </w:rPr>
        <w:drawing>
          <wp:anchor distT="0" distB="0" distL="114300" distR="114300" simplePos="0" relativeHeight="251646464" behindDoc="0" locked="0" layoutInCell="1" allowOverlap="1" wp14:anchorId="492E6DA5" wp14:editId="15313F37">
            <wp:simplePos x="0" y="0"/>
            <wp:positionH relativeFrom="column">
              <wp:posOffset>0</wp:posOffset>
            </wp:positionH>
            <wp:positionV relativeFrom="paragraph">
              <wp:posOffset>-390525</wp:posOffset>
            </wp:positionV>
            <wp:extent cx="1003662" cy="390313"/>
            <wp:effectExtent l="0" t="0" r="6350" b="0"/>
            <wp:wrapNone/>
            <wp:docPr id="5081325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662" cy="390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1E6E">
        <w:rPr>
          <w:i/>
          <w:iCs/>
        </w:rPr>
        <w:t>Portraits of Brent</w:t>
      </w:r>
      <w:r>
        <w:t xml:space="preserve"> – Participant Application Form</w:t>
      </w:r>
    </w:p>
    <w:p w14:paraId="46B9EC8B" w14:textId="77777777" w:rsidR="00443F28" w:rsidRDefault="00000000">
      <w:r>
        <w:t>Thank you for your interest in taking part in the Portraits of Brent project. Please complete the form below. If you need help filling this in, contact museum.archives@brent.gov.uk.</w:t>
      </w:r>
    </w:p>
    <w:p w14:paraId="65B46191" w14:textId="77777777" w:rsidR="00443F28" w:rsidRDefault="00000000">
      <w:pPr>
        <w:pStyle w:val="ListBullet"/>
      </w:pPr>
      <w:r>
        <w:t>Full Name:</w:t>
      </w:r>
    </w:p>
    <w:p w14:paraId="540FE60B" w14:textId="77777777" w:rsidR="00443F28" w:rsidRDefault="00000000">
      <w:r>
        <w:t>_________________________________________________________________</w:t>
      </w:r>
    </w:p>
    <w:p w14:paraId="00F92332" w14:textId="77777777" w:rsidR="00443F28" w:rsidRDefault="00000000">
      <w:pPr>
        <w:pStyle w:val="ListBullet"/>
      </w:pPr>
      <w:r>
        <w:t>Date of Birth (DD/MM/YYYY):</w:t>
      </w:r>
    </w:p>
    <w:p w14:paraId="70C7D78E" w14:textId="77777777" w:rsidR="00443F28" w:rsidRDefault="00000000">
      <w:r>
        <w:t>__________________________________________________________________</w:t>
      </w:r>
    </w:p>
    <w:p w14:paraId="3DA54ABD" w14:textId="77777777" w:rsidR="00443F28" w:rsidRDefault="00000000">
      <w:pPr>
        <w:pStyle w:val="ListBullet"/>
      </w:pPr>
      <w:r>
        <w:t>Email Address:</w:t>
      </w:r>
    </w:p>
    <w:p w14:paraId="0931061C" w14:textId="77777777" w:rsidR="00443F28" w:rsidRDefault="00000000">
      <w:r>
        <w:t>__________________________________________________________________</w:t>
      </w:r>
    </w:p>
    <w:p w14:paraId="38C424A8" w14:textId="77777777" w:rsidR="00443F28" w:rsidRDefault="00000000">
      <w:pPr>
        <w:pStyle w:val="ListBullet"/>
      </w:pPr>
      <w:r>
        <w:t>Phone Number:</w:t>
      </w:r>
    </w:p>
    <w:p w14:paraId="57BF1B9E" w14:textId="77777777" w:rsidR="00443F28" w:rsidRDefault="00000000">
      <w:r>
        <w:t>__________________________________________________________________</w:t>
      </w:r>
    </w:p>
    <w:p w14:paraId="59936D64" w14:textId="77777777" w:rsidR="00443F28" w:rsidRDefault="00000000">
      <w:pPr>
        <w:pStyle w:val="ListBullet"/>
      </w:pPr>
      <w:r>
        <w:t>Address (including postcode):</w:t>
      </w:r>
    </w:p>
    <w:p w14:paraId="07D86BE0" w14:textId="77777777" w:rsidR="00443F28" w:rsidRDefault="00000000">
      <w:r>
        <w:t>__________________________________________________________________</w:t>
      </w:r>
    </w:p>
    <w:p w14:paraId="14AF1BFC" w14:textId="77777777" w:rsidR="00443F28" w:rsidRDefault="00000000">
      <w:pPr>
        <w:pStyle w:val="ListBullet"/>
      </w:pPr>
      <w:r>
        <w:t>Which ethnic or cultural background do you identify with?</w:t>
      </w:r>
    </w:p>
    <w:p w14:paraId="1CD16173" w14:textId="77777777" w:rsidR="00443F28" w:rsidRDefault="00000000">
      <w:r>
        <w:t>__________________________________________________________________</w:t>
      </w:r>
    </w:p>
    <w:p w14:paraId="27943685" w14:textId="77777777" w:rsidR="00443F28" w:rsidRDefault="00000000">
      <w:pPr>
        <w:pStyle w:val="ListBullet"/>
      </w:pPr>
      <w:r>
        <w:t>Do you live in the London Borough of Brent? (Yes/No):</w:t>
      </w:r>
    </w:p>
    <w:p w14:paraId="7BFC5990" w14:textId="77777777" w:rsidR="00443F28" w:rsidRDefault="00000000">
      <w:r>
        <w:t>__________________________________________________________________</w:t>
      </w:r>
    </w:p>
    <w:p w14:paraId="1B04F3EF" w14:textId="77777777" w:rsidR="00443F28" w:rsidRDefault="00000000">
      <w:pPr>
        <w:pStyle w:val="ListBullet"/>
      </w:pPr>
      <w:r>
        <w:t>Please tell us a bit about yourself and why you’d like to take part in this project (max 200 words):</w:t>
      </w:r>
    </w:p>
    <w:p w14:paraId="280ECCCD" w14:textId="77777777" w:rsidR="00443F28" w:rsidRDefault="00000000">
      <w:r>
        <w:t>__________________________________________________________________</w:t>
      </w:r>
    </w:p>
    <w:p w14:paraId="5AD3980F" w14:textId="77777777" w:rsidR="00443F28" w:rsidRDefault="00000000">
      <w:pPr>
        <w:pStyle w:val="ListBullet"/>
      </w:pPr>
      <w:r>
        <w:t>Do you have any access needs we should be aware of?</w:t>
      </w:r>
    </w:p>
    <w:p w14:paraId="027D4B26" w14:textId="77777777" w:rsidR="00443F28" w:rsidRDefault="00000000">
      <w:r>
        <w:t>__________________________________________________________________</w:t>
      </w:r>
    </w:p>
    <w:p w14:paraId="1BB8A029" w14:textId="77777777" w:rsidR="00443F28" w:rsidRDefault="00000000">
      <w:pPr>
        <w:pStyle w:val="ListBullet"/>
      </w:pPr>
      <w:r>
        <w:t>Are you happy to have your portrait included in a public exhibition? (Yes/No):</w:t>
      </w:r>
    </w:p>
    <w:p w14:paraId="14E516F2" w14:textId="77777777" w:rsidR="00443F28" w:rsidRDefault="00000000">
      <w:r>
        <w:t>__________________________________________________________________</w:t>
      </w:r>
    </w:p>
    <w:p w14:paraId="33AE086C" w14:textId="77777777" w:rsidR="00443F28" w:rsidRDefault="00000000">
      <w:pPr>
        <w:pStyle w:val="ListBullet"/>
      </w:pPr>
      <w:r>
        <w:t>Are you happy for your creative work and portrait to become part of Brent Museum and Archives’ permanent collection? (Yes/No):</w:t>
      </w:r>
    </w:p>
    <w:p w14:paraId="3685EE27" w14:textId="77777777" w:rsidR="00443F28" w:rsidRDefault="00000000">
      <w:r>
        <w:lastRenderedPageBreak/>
        <w:t>__________________________________________________________________</w:t>
      </w:r>
    </w:p>
    <w:p w14:paraId="4B0E1C9E" w14:textId="77777777" w:rsidR="00443F28" w:rsidRDefault="00000000">
      <w:pPr>
        <w:pStyle w:val="ListBullet"/>
      </w:pPr>
      <w:r>
        <w:t>Would you like to bring a personal object for display and possible donation to the museum collection? (Yes/No/Not sure yet):</w:t>
      </w:r>
    </w:p>
    <w:p w14:paraId="6C71287A" w14:textId="77777777" w:rsidR="00A67096" w:rsidRDefault="00A67096" w:rsidP="00A67096">
      <w:pPr>
        <w:pStyle w:val="ListBullet"/>
        <w:numPr>
          <w:ilvl w:val="0"/>
          <w:numId w:val="0"/>
        </w:numPr>
        <w:ind w:left="360"/>
      </w:pPr>
    </w:p>
    <w:p w14:paraId="5AD00262" w14:textId="65AC2256" w:rsidR="00A67096" w:rsidRDefault="00A67096" w:rsidP="00A67096">
      <w:pPr>
        <w:pStyle w:val="ListBullet"/>
        <w:numPr>
          <w:ilvl w:val="0"/>
          <w:numId w:val="0"/>
        </w:numPr>
        <w:ind w:left="360" w:hanging="360"/>
      </w:pPr>
      <w:r>
        <w:t>__________________________________________________________________</w:t>
      </w:r>
      <w:r>
        <w:br/>
      </w:r>
    </w:p>
    <w:p w14:paraId="776CBA0E" w14:textId="4CE9D39E" w:rsidR="00443F28" w:rsidRDefault="00000000" w:rsidP="00A67096">
      <w:pPr>
        <w:pStyle w:val="ListBullet"/>
      </w:pPr>
      <w:r>
        <w:t>How did you hear about this project? (e.g. social media, a friend, school/college, community group</w:t>
      </w:r>
      <w:r w:rsidR="00A67096">
        <w:t xml:space="preserve">, </w:t>
      </w:r>
      <w:r>
        <w:t>etc.):</w:t>
      </w:r>
    </w:p>
    <w:p w14:paraId="50764E71" w14:textId="77777777" w:rsidR="00A67096" w:rsidRDefault="00A67096" w:rsidP="00A67096">
      <w:pPr>
        <w:pStyle w:val="ListBullet"/>
        <w:numPr>
          <w:ilvl w:val="0"/>
          <w:numId w:val="0"/>
        </w:numPr>
        <w:ind w:left="360"/>
      </w:pPr>
    </w:p>
    <w:p w14:paraId="0731C11D" w14:textId="1ACA3B5F" w:rsidR="00A67096" w:rsidRDefault="00A67096" w:rsidP="00A67096">
      <w:pPr>
        <w:pStyle w:val="ListBullet"/>
        <w:numPr>
          <w:ilvl w:val="0"/>
          <w:numId w:val="0"/>
        </w:numPr>
        <w:ind w:left="360" w:hanging="360"/>
      </w:pPr>
      <w:r>
        <w:t>__________________________________________________________________</w:t>
      </w:r>
    </w:p>
    <w:p w14:paraId="0C766053" w14:textId="77777777" w:rsidR="00A67096" w:rsidRDefault="00A67096" w:rsidP="00A67096">
      <w:pPr>
        <w:pStyle w:val="ListBullet"/>
        <w:numPr>
          <w:ilvl w:val="0"/>
          <w:numId w:val="0"/>
        </w:numPr>
      </w:pPr>
    </w:p>
    <w:p w14:paraId="086880E5" w14:textId="77777777" w:rsidR="00A67096" w:rsidRDefault="00000000" w:rsidP="00071578">
      <w:pPr>
        <w:pStyle w:val="ListBullet"/>
      </w:pPr>
      <w:r>
        <w:t>Signature</w:t>
      </w:r>
    </w:p>
    <w:p w14:paraId="790BF4E4" w14:textId="27CEE82C" w:rsidR="00443F28" w:rsidRDefault="00A67096" w:rsidP="00A67096">
      <w:pPr>
        <w:pStyle w:val="ListBullet"/>
        <w:numPr>
          <w:ilvl w:val="0"/>
          <w:numId w:val="0"/>
        </w:numPr>
      </w:pPr>
      <w:r>
        <w:br/>
      </w:r>
      <w:r w:rsidR="00000000">
        <w:t>__________________________________________________________________</w:t>
      </w:r>
      <w:r>
        <w:br/>
      </w:r>
    </w:p>
    <w:p w14:paraId="5ABEC61D" w14:textId="3C4BE410" w:rsidR="00443F28" w:rsidRDefault="00000000">
      <w:pPr>
        <w:pStyle w:val="ListBullet"/>
      </w:pPr>
      <w:r>
        <w:t>Date:</w:t>
      </w:r>
    </w:p>
    <w:p w14:paraId="63C326F7" w14:textId="77777777" w:rsidR="00443F28" w:rsidRDefault="00000000">
      <w:r>
        <w:t>__________________________________________________________________</w:t>
      </w:r>
    </w:p>
    <w:p w14:paraId="50BAC92A" w14:textId="77777777" w:rsidR="00B26FE8" w:rsidRPr="00B26FE8" w:rsidRDefault="00B26FE8" w:rsidP="00B26FE8">
      <w:pPr>
        <w:rPr>
          <w:b/>
          <w:bCs/>
          <w:i/>
          <w:iCs/>
          <w:color w:val="365F91" w:themeColor="accent1" w:themeShade="BF"/>
          <w:sz w:val="24"/>
          <w:szCs w:val="24"/>
          <w:lang w:val="en-GB"/>
        </w:rPr>
      </w:pPr>
      <w:r>
        <w:br/>
      </w:r>
      <w:r>
        <w:br/>
      </w:r>
      <w:r w:rsidRPr="00B26FE8">
        <w:rPr>
          <w:b/>
          <w:bCs/>
          <w:i/>
          <w:iCs/>
          <w:color w:val="365F91" w:themeColor="accent1" w:themeShade="BF"/>
          <w:sz w:val="24"/>
          <w:szCs w:val="24"/>
          <w:lang w:val="en-GB"/>
        </w:rPr>
        <w:t>This project was made possible by an Arts Council England funded, Museum Development London grant.</w:t>
      </w:r>
    </w:p>
    <w:p w14:paraId="28C43EA1" w14:textId="77777777" w:rsidR="00B26FE8" w:rsidRDefault="00B26FE8">
      <w:r>
        <w:rPr>
          <w:noProof/>
        </w:rPr>
        <w:drawing>
          <wp:anchor distT="0" distB="0" distL="114300" distR="114300" simplePos="0" relativeHeight="251672064" behindDoc="0" locked="0" layoutInCell="1" allowOverlap="1" wp14:anchorId="1D52E684" wp14:editId="10621F03">
            <wp:simplePos x="0" y="0"/>
            <wp:positionH relativeFrom="column">
              <wp:posOffset>3019425</wp:posOffset>
            </wp:positionH>
            <wp:positionV relativeFrom="paragraph">
              <wp:posOffset>266700</wp:posOffset>
            </wp:positionV>
            <wp:extent cx="1889090" cy="596900"/>
            <wp:effectExtent l="0" t="0" r="0" b="0"/>
            <wp:wrapNone/>
            <wp:docPr id="39433409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690" cy="59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872" behindDoc="0" locked="0" layoutInCell="1" allowOverlap="1" wp14:anchorId="1F4C6D64" wp14:editId="520D4AC0">
            <wp:simplePos x="0" y="0"/>
            <wp:positionH relativeFrom="column">
              <wp:posOffset>1495425</wp:posOffset>
            </wp:positionH>
            <wp:positionV relativeFrom="paragraph">
              <wp:posOffset>241935</wp:posOffset>
            </wp:positionV>
            <wp:extent cx="1253061" cy="657225"/>
            <wp:effectExtent l="0" t="0" r="4445" b="0"/>
            <wp:wrapNone/>
            <wp:docPr id="211527245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061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2608" behindDoc="0" locked="0" layoutInCell="1" allowOverlap="1" wp14:anchorId="62F99525" wp14:editId="1BDB8DC7">
            <wp:simplePos x="0" y="0"/>
            <wp:positionH relativeFrom="column">
              <wp:posOffset>0</wp:posOffset>
            </wp:positionH>
            <wp:positionV relativeFrom="paragraph">
              <wp:posOffset>33020</wp:posOffset>
            </wp:positionV>
            <wp:extent cx="1085850" cy="1085850"/>
            <wp:effectExtent l="0" t="0" r="0" b="0"/>
            <wp:wrapNone/>
            <wp:docPr id="177243850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A36F52" w14:textId="77777777" w:rsidR="00775559" w:rsidRDefault="00775559"/>
    <w:p w14:paraId="17F2658C" w14:textId="77777777" w:rsidR="00775559" w:rsidRDefault="00775559"/>
    <w:sectPr w:rsidR="0077555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13570B1D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i1025" type="#_x0000_t75" style="width:11.25pt;height:11.25pt;visibility:visible;mso-wrap-style:square">
            <v:imagedata r:id="rId1" o:title="msoE30"/>
          </v:shape>
        </w:pict>
      </mc:Choice>
      <mc:Fallback>
        <w:drawing>
          <wp:inline distT="0" distB="0" distL="0" distR="0" wp14:anchorId="15D0C15B" wp14:editId="04967D21">
            <wp:extent cx="142875" cy="142875"/>
            <wp:effectExtent l="0" t="0" r="9525" b="9525"/>
            <wp:docPr id="415254895" name="Picture 2" descr="C:\Users\EMIR~1.GHA\AppData\Local\Temp\msoE3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133967" name="Picture 215133967" descr="C:\Users\EMIR~1.GHA\AppData\Local\Temp\msoE30.tmp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49552198">
    <w:abstractNumId w:val="8"/>
  </w:num>
  <w:num w:numId="2" w16cid:durableId="1829636558">
    <w:abstractNumId w:val="6"/>
  </w:num>
  <w:num w:numId="3" w16cid:durableId="48848374">
    <w:abstractNumId w:val="5"/>
  </w:num>
  <w:num w:numId="4" w16cid:durableId="1800605837">
    <w:abstractNumId w:val="4"/>
  </w:num>
  <w:num w:numId="5" w16cid:durableId="283463071">
    <w:abstractNumId w:val="7"/>
  </w:num>
  <w:num w:numId="6" w16cid:durableId="1715035579">
    <w:abstractNumId w:val="3"/>
  </w:num>
  <w:num w:numId="7" w16cid:durableId="1806196937">
    <w:abstractNumId w:val="2"/>
  </w:num>
  <w:num w:numId="8" w16cid:durableId="1199203216">
    <w:abstractNumId w:val="1"/>
  </w:num>
  <w:num w:numId="9" w16cid:durableId="389810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3AB9"/>
    <w:rsid w:val="00326F90"/>
    <w:rsid w:val="00443F28"/>
    <w:rsid w:val="00775559"/>
    <w:rsid w:val="00A67096"/>
    <w:rsid w:val="00AA1D8D"/>
    <w:rsid w:val="00B26FE8"/>
    <w:rsid w:val="00B47730"/>
    <w:rsid w:val="00CB0664"/>
    <w:rsid w:val="00E31E6E"/>
    <w:rsid w:val="00E57D9B"/>
    <w:rsid w:val="00F409C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866F49"/>
  <w14:defaultImageDpi w14:val="300"/>
  <w15:docId w15:val="{B45A6136-A3DC-4858-84FE-16B315BE7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9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tmp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Ghariani, Emir</cp:lastModifiedBy>
  <cp:revision>2</cp:revision>
  <dcterms:created xsi:type="dcterms:W3CDTF">2025-06-24T13:41:00Z</dcterms:created>
  <dcterms:modified xsi:type="dcterms:W3CDTF">2025-06-24T13:41:00Z</dcterms:modified>
  <cp:category/>
</cp:coreProperties>
</file>